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בשורש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נתון (ל״ה, פ״י/ו, ע״ו/י, פ״נ)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האות הנחה משתנה או נעלמת בנטיות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יוצאים מן הכלל נפוצים כמו לקח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פ״י/ו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פ״נ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 קנה-קניתי, בכה-בכיתי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בעתיד הנו״ן לרוב נבלעת, כמו נפל-יפול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קם-קמתי, שר-שרתי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בעתיד הוא מתנהג כמו פ״נ: אקח, תיקח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(ל״ה)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(פ״נ)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(ע״ו/י)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(פ״י/ו)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(ל״ה)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שיטת הבלש -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השורש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אם יש בשורש אות מהאותיות א, ה, ו, י,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באיזה מקום בשורש נמצאת האות 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קבעו לפי המקום לאיזו גזרה שייך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בעתיד הוא מתנהג כמו פ״נ (אקח) ולא כמו פועל שלם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 מתאים לכל גזרה במשפט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שהפועל מתאים לגזרה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ו או 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להזכיר שהוא מתנהג כמו פ״נ בעתיד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רמז אחרי שתי טעויות, בלי לחץ של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שלב אחר שלב ולוודא שהתלמידים מבינים כל גזרה לפני המעבר לבאה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בלוח כדי לרשום דוגמה אחת מכל גזרה לפני תחילת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בשורש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פעלים עם אות מיוחדת בשורש. האות הזאת לפעמים נעלמת. נתרגל לזהות את סוג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פעלים שמתנהגים אותו דבר בגלל אות מיוחדת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שעלולה להיעלם או להשתנות: א, ה, ו, י, נ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פעלים שהאות האחרונה בשורש היא ה, כמו קנה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פ״י/ו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פעלים שהאות הראשונה בשורש היא י או ו, כמו ישב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ע״ו/י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פעלים שהאות האמצעית בשורש היא ו או י, כמו קם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פ״נ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פעלים שהאות הראשונה בשורש היא נ, כמו נפל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יוצא דופן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שלא מתנהגת לפי הכלל הרגיל, כמו לקח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קנה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ישב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גזרה שייך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נפל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גזרה שייך הפועל בכה?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גזרה שייך הפועל נסע?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ע״ו/י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ל״ה האות האחרונה בשורש היא ה, אבל בהרבה צורות היא מתנהגת כמו 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פ״נ הנו״ן נשארת תמיד בכל הנטיות של הפועל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ע״ו/י האות האמצעית יכולה להיעלם בחלק מהצורות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לקח מתנהג בדיוק כמו פועל שלם רגיל בכל הזמנים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קנה הוא ק-נ-__________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ישב שייך לגזרת פ__________/ו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בעתיד, הפועל נפל הופך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שר הוא ש-__________-ר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בא הוא ב-__________-א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ל״ה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פ״נ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פ״י/ו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ל״ה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ע״ו/י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שיטת הבלש -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באיזה מקום בשורש נמצאת האות הנחה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השורש של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לפי המקום לאיזו גזרה שייך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אם יש בשורש אות מהאותיות א, ה, ו, י, נ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הפועל לקח נחשב ליוצא דופן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פועל אחד מכל אחת מארבע הגזרות שלמדנו ונסחו משפט קצר עם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פועל אחד מגזרת ל״ה ופועל אחד מגזרת פ״נ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האות הנחה בגזרת ע״ו/י?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הפועל לקח נחשב יוצא דופן?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בשורש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